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סדר שלבי פרויקט "המסע של המשפחה שלי"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פרויקט המורשת המשפחתית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סידור שלבי עבודה לפי סדר הגיוני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הכנת שאלות פתוחות לקראת 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 על שלבי הפרויקט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בוחרים מבוגר קרוב לראיון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מראיינים, מקשיבים וכותבים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שאלה פתוחה דורשת תשובה מפורטת ומעניינת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השלב הראשון בפרויקט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שלב למטרה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(כדי לראיין אותו על הזיכרונות שלו)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(כדי לקבל תשובות מפורטות ומעניינות)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(כדי להראות את הקשרים במשפחה)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סדרו את שלבי הפרויקט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מבוגר קרוב לראיון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מכינים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מראיינים, מקשיבים וכותבים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בוחרים חפץ או מתכון עם 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הם חלק מהמורשת שלנו ומחברים אותנו לדורות הקודמים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משימת חשיבה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השלב הראשון הוא בחירת מבוגר קרוב לראיון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לשאלה פתוחה: 'ספר לי על זיכרון ילדות שאתה אוהב'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התערוכה מאפשרת לשתף את הכיתה ולהודות למרואיין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לבצע את משימת הסידור בזוגות לפני הדיון הכיתתי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שאלה פתוחה מול שאלה סגורה לפני תרגול העבודה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למשימת הכתיבה הפתוחה אפשר לאפשר לתלמידים לשתף בעל פה את השאלות שכתבו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סדר שלבי פרויקט "המסע של המשפחה שלי"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בפרויקט 'המסע של המשפחה שלי' תלמידים חוקרים את סיפור המשפחה שלהם דרך ראיון עם קרוב משפחה מבוגר. בדף זה נתרגל את שלבי העבודה בפרויקט ואת הסדר הנכון שלהם.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 על שלבי הפרויקט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השלב הראשון בפרויקט?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בוחרים מבוגר קרוב לראיון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מכינים עץ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מציגים בתערוכה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מכינים לפני הראיון?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תמונות ישנות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שאלות פתוחות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תערוכה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עושים בזמן הראיון עצמו?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מציירים תמונה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מראיינים, מקשיבים וכותבים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בוחרים חפץ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שאלה פתוחה היא שאלה שאפשר לענות עליה רק במילה אחת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לפני הראיון צריך לבחור מבוגר קרוב מהמשפחה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התאימו שלב למטרה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בוחרים מבוגר קרוב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כדי לקבל תשובות מפורטות ומעניינות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מכינים שאלות פתוחות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כדי להראות את הקשרים במשפחה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מכינים עץ משפחה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כדי לראיין אותו על הזיכרונות שלו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סדרו את שלבי הפרויקט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מראיינים, מקשיבים וכותבים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בוחרים מבוגר קרוב לראיון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בוחרים חפץ או מתכון עם סיפור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מכינים שאלות פתוחות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בקצרה למה חשוב לשמור על סיפורי המשפחה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משימת 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השלב הראשון בפרויקט המסע המשפחתי?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לשאלה פתוחה שאפשר לשאול בראיון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סדר שלבי פרויקט "המסע של המשפחה שלי"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