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סדר שלבי פרויקט "המסע של המשפחה שלי"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פרויקט המורשת המשפחתית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סידור שלבי עבודה לפי סדר הגיוני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הכנת שאלות פתוחות לקראת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 על שלבי הפרויקט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בוחרים מבוגר קרוב לראיון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מראיינים, מקשיבים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חפץ או מתכון עם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מציגים בתערוכה ואומרים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עץ משפחה או מפת מסע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שאלה פתוחה דורשת תשובה מפורטת ומעניינת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השלב הראשון בפרויקט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קודם מכינים עץ משפחה או מפת 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מטרת העץ המשפחתי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חלק מהשלב האחרון בפרויקט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שלב למטרה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(כדי לראיין אותו על הזיכרונות שלו)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(כדי לקבל תשובות מפורטות ומעניינות)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(כדי לספר על חלק מהמורשת המשפחתית)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(כדי להראות את הקשרים במשפחה)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(כדי לשתף את הכיתה בסיפור המשפחתי)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שלבי הפרויקט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מבוגר קרוב לראיון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מכינים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מראיינים, מקשיבים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בוחרים חפץ או מתכון עם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מכינים עץ משפחה או מפת 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מציגים בתערוכה כיתתית ואומרים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הם חלק מהמורשת שלנו ומחברים אותנו לדורות הקודמים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שהשאלות פתוחות, מנוסחות בבירור ונוגעות לזיכרונות או לחיי המרואיין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השלב הראשון הוא בחירת מבוגר קרוב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לשאלה פתוחה: 'ספר לי על זיכרון ילדות שאתה אוהב'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התערוכה מאפשרת לשתף את הכיתה ולהודות למרואיין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משימת הסידור בזוגות לפני הדיון הכיתתי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שאלה פתוחה מול שאלה סגורה לפני תרגול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למשימת הכתיבה הפתוחה אפשר לאפשר לתלמידים לשתף בעל פה את השאלות שכתבו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סדר שלבי פרויקט "המסע של המשפחה שלי"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את סדר השלבים בפרויקט המשפחה. צריך לראיין קרוב משפחה ולספר על הסיפור שלו לכיתה.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שבה שואלים שאלות כדי ללמוד על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 פתוחה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שאי אפשר לענות עליה רק במילה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עץ משפחה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שמראה את בני המשפחה ואיך הם קשורים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וסיפורים שעוברים מדור לדור במשפחה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תערוכה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הצגה של עבודות לפני קהל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הוראות להכנת מאכל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 על שלבי הפרויקט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קודם 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בוחרים מבוגר קרוב לראיון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מכינים עץ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מציגים בתערוכה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כותבים מתכון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צריך להכין לפני השיחה עם הקרוב?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תמונות ישנות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שאלות פתוחות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תערוכה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בזמן השיחה?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מציירים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מראיינים, מקשיבים וכותבים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בוחרים חפץ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מכינים 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דבר קשור לסיפור המשפחה?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חפץ או מתכון עם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שאלון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 כיתתי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בסוף הפרויקט?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בוחרים 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מכינים 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מציגים בתערוכה ואומרים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מראיינים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עוזר להראות מי קרוב למי במשפחה?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עץ משפחה או מפת 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תפריט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פתוחה היא שאלה שאפשר לענות עליה רק במילה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הראיון צריך לבחור מבוגר קרוב מהמשפחה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 אחרי הראיון מציגים בתערוכה בלי להכין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עץ משפחה מראה את הקשרים בין בני המשפחה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הפרויקט חשוב להגיד תודה למרואיין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שלב למטרה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בוחרים מבוגר קרוב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כדי לשתף את הכיתה בסיפור המשפחתי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מכינים שאלות פתוחות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כדי לספר על חלק מהמורשת המשפחתית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בוחרים חפץ עם סיפור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כדי לראיין אותו על הזיכרונות שלו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מכינים עץ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כדי לקבל תשובות מפורטות ומעניינות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מציגים בתערוכה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כדי להראות את הקשרים במשפחה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שלבי הפרויקט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חפץ או מתכון עם 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מכינים עץ משפחה או מפת מסע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מציגים בתערוכה כיתתית ואומרים תודה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מראיינים, מקשיבים וכותבים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מכינים שאלות פתוחות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מבוגר קרוב לראיון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בקצרה למה חשוב לשמור על סיפורי המשפחה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שאלות פתוחות שהייתם שואלים קרוב משפחה מבוגר בראיון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השלב הראשון בפרויקט המסע המשפחתי?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לשאלה פתוחה שאפשר לשאול בראיון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להציג את הפרויקט בתערוכה כיתתית?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סדר שלבי פרויקט "המסע של המשפחה שלי"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