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שלבי פרויקט "המסע של המשפחה שלי"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פרויקט המורשת המשפחתית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שלבי עבודה לפי 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הכנת שאלות פתוחות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מבוגר קרוב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מראיינים, מקשיבים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חפץ או מתכון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מציגים בתערוכה ואומרים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עץ משפחה או מפת 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שאלה פתוחה דורשת תשובה מפורטת ומעניינת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השלב הראשון בפרויקט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מכינים עץ משפחה או מפת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מטרת העץ המשפחתי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חלק מהשלב האחרון בפרויקט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שלב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(כדי לראיין אותו על הזיכרונות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(כדי לקבל תשובות מפורטות ומעניינות)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(כדי לספר על חלק מהמורשת המשפחתית)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(כדי להראות את הקשרים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(כדי לשתף את הכיתה בסיפור המשפחתי)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מבוגר קרוב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מכינים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מראיינים, מקשיבים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חפץ או מתכון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מכינים עץ משפחה או מפת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מציגים בתערוכה כיתתית ואומרים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הם חלק מהמורשת שלנו ומחברים אותנו לדורות הקודמים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שהשאלות פתוחות, מנוסחות בבירור ונוגעות לזיכרונות או לחיי המרואיין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השלב הראשון הוא בחירת מבוגר קרוב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לשאלה פתוחה: 'ספר לי על זיכרון ילדות שאתה אוהב'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התערוכה מאפשרת לשתף את הכיתה ולהודות למרואיין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משימת הסידור בזוגות לפני הדיון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שאלה פתוחה מול שאלה סגורה לפני תרגול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הפתוחה אפשר לאפשר לתלמידים לשתף בעל פה את השאלות שכתבו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שלבי פרויקט "המסע של המשפחה שלי"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בפרויקט 'המסע של המשפחה שלי' תלמידים חוקרים את סיפור המשפחה שלהם דרך ראיון עם קרוב משפחה מבוגר. בדף זה נתרגל את שלבי העבודה בפרויקט ואת הסדר הנכון שלהם.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השלב הראשון בפרויקט?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מבוגר קרוב לראיון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מכינים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מציגים בתערוכה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מכינים לפני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שאלות פתוחות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בזמן הראיון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מציירים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מראיינים, מקשיבים וכותבים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בוחרים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מכינים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לבחור כחלק מהסיפור המשפחתי?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חפץ או מתכון עם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שאלון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השלב האחרון בפרויקט?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מכינים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מציגים בתערוכה ואומרים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מראיינים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מכינים כדי להציג את קשרי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משפחה או מפת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תפריט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פתוחה היא שאלה שאפשר לענות עליה רק במילה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הראיון צריך לבחור מבוגר קרוב מהמשפחה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 אחרי הראיון מציגים בתערוכה בלי להכין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משפחה מראה את הקשרים בין בני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הפרויקט חשוב להגיד תודה למרואיין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שלב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מבוגר קרוב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כדי לקבל תשובות מפורטות ומעניינות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מכינים שאלות פתוחות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כדי לספר על חלק מהמורשת המשפחתית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בוחרים חפץ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כדי לראיין אותו על הזיכרונות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מכינים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כדי לשתף את הכיתה בסיפור המשפחתי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מציגים בתערוכה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כדי להראות את הקשרים במשפחה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שאלות פתוחות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בתערוכה כיתתית ואומרים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עץ משפחה או מפת מסע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מראיינים, מקשיבים וכותבים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חפץ או מתכון עם 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מבוגר קרוב לראיון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בקצרה למה חשוב לשמור על סיפורי המשפחה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שאלות פתוחות שהייתם שואלים קרוב משפחה מבוגר בראיון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השלב הראשון בפרויקט המסע המשפחתי?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פתוחה שאפשר לשאול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להציג את הפרויקט בתערוכה כיתתית?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שלבי פרויקט "המסע של המשפחה שלי"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